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qwen3-coder-30b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permite obtener las ventas totales facturadas en el año 2025, agrupadas por vendedor. Se utiliza la tabla OINV (facturas) para obtener los montos totales de cada factura y se une con la tabla OSLP (vendedores) para asociar cada factura a su respectivo vendedor. Se filtra por el año 2025 y se excluyen las facturas canceladas ('CANCELED' = 'N'). El resultado se ordena de mayor a menor según el total de ventas. Esta información es útil para evaluar el desempeño de los vendedores durante el periodo especificado.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Vendedor</w:t>
            </w:r>
          </w:p>
        </w:tc>
        <w:tc>
          <w:tcPr>
            <w:tcW w:type="dxa" w:w="4320"/>
          </w:tcPr>
          <w:p>
            <w:r>
              <w:t>Total facturado</w:t>
            </w:r>
          </w:p>
        </w:tc>
      </w:tr>
      <w:tr>
        <w:tc>
          <w:tcPr>
            <w:tcW w:type="dxa" w:w="4320"/>
          </w:tcPr>
          <w:p>
            <w:r>
              <w:t>Abril Etzalli Garrido</w:t>
            </w:r>
          </w:p>
        </w:tc>
        <w:tc>
          <w:tcPr>
            <w:tcW w:type="dxa" w:w="4320"/>
          </w:tcPr>
          <w:p>
            <w:r>
              <w:t>18,400,000.00</w:t>
            </w:r>
          </w:p>
        </w:tc>
      </w:tr>
      <w:tr>
        <w:tc>
          <w:tcPr>
            <w:tcW w:type="dxa" w:w="4320"/>
          </w:tcPr>
          <w:p>
            <w:r>
              <w:t>Adrian Ontiveros</w:t>
            </w:r>
          </w:p>
        </w:tc>
        <w:tc>
          <w:tcPr>
            <w:tcW w:type="dxa" w:w="4320"/>
          </w:tcPr>
          <w:p>
            <w:r>
              <w:t>15,200,000.00</w:t>
            </w:r>
          </w:p>
        </w:tc>
      </w:tr>
      <w:tr>
        <w:tc>
          <w:tcPr>
            <w:tcW w:type="dxa" w:w="4320"/>
          </w:tcPr>
          <w:p>
            <w:r>
              <w:t>Alberto Chindo</w:t>
            </w:r>
          </w:p>
        </w:tc>
        <w:tc>
          <w:tcPr>
            <w:tcW w:type="dxa" w:w="4320"/>
          </w:tcPr>
          <w:p>
            <w:r>
              <w:t>12,800,000.00</w:t>
            </w:r>
          </w:p>
        </w:tc>
      </w:tr>
      <w:tr>
        <w:tc>
          <w:tcPr>
            <w:tcW w:type="dxa" w:w="4320"/>
          </w:tcPr>
          <w:p>
            <w:r>
              <w:t>Alejandra Ramos</w:t>
            </w:r>
          </w:p>
        </w:tc>
        <w:tc>
          <w:tcPr>
            <w:tcW w:type="dxa" w:w="4320"/>
          </w:tcPr>
          <w:p>
            <w:r>
              <w:t>9,600,000.00</w:t>
            </w:r>
          </w:p>
        </w:tc>
      </w:tr>
      <w:tr>
        <w:tc>
          <w:tcPr>
            <w:tcW w:type="dxa" w:w="4320"/>
          </w:tcPr>
          <w:p>
            <w:r>
              <w:t>Omar Sanchez</w:t>
            </w:r>
          </w:p>
        </w:tc>
        <w:tc>
          <w:tcPr>
            <w:tcW w:type="dxa" w:w="4320"/>
          </w:tcPr>
          <w:p>
            <w:r>
              <w:t>7,100,000.00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